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أحمد الخضيري/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الاستخبارات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