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الاصول العلمية في ادارة المبيعات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ناجي ذيب معلا/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9789957069933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الاعمال/ ادارة المبيعات/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