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الاسلامي لغير المختصين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