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 التسويقي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كورتل/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9789957740580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الاتصال/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