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العامة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رائد محمد عبدربه/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9789957501679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