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مزهر شعبان العاني/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9789957168018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الادارة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