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غالب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9789957181109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الاعمال الالكترونية/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