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الرشيدة والإصلاح الإداري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الإصلاح المالي/ الإدارة الرشيدة/ الإصلاح الإداري/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