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الأصول العلمية للتسويق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ناجي ذيب معلا/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9789957069964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التسويق/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