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المال العام التخصيص والاستخدام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التخصيص/ ادارة المال العام/ الإستخدام/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