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الاعلام الزراعي والبيئي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9789957499785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