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الاعلام الطبي والصحي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الإعلام الطبي/ الإتصال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