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والتنمية الزراعية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 سعد العارف/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