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micro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rard J. Torto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613413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