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Roches et minéraux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Monica Price/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minéral, roche, minerai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9782035879004</w:t>
            </w:r>
          </w:p>
        </w:tc>
      </w:tr>
    </w:tbl>
    <w:p>
      <w:pPr>
        <w:pStyle w:val="Heading3"/>
      </w:pPr>
      <w:r>
        <w:t>ملخص</w:t>
      </w:r>
    </w:p>
    <w:p>
      <w:r>
        <w:t>109 types de roches et 215 minéraux, communs ou rares, utiles ou appréciés des collectionneurs.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