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في علوم وتقنيات النشاط البدني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بوداود عبد اليمين/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9789961013632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مناهج البحث/ أدوات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