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المؤسسة للطلبة الجامعيين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 دادي عدون/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المحمدية العامة/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