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adventures of Tom Sawyer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Mark Twain/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Puffin/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9780141321103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