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Alice's adventures in wonderland and through the looking-glass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Lewis Carroll/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Wordsworth Classics/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9781853260025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