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vocabulary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Bill Mascull/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9780521128285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