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L'histoire, les aventures, et l'expérience personnelles de David Copperfield le Jeune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Charles Dickens/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Le Livre De Poche/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9782253160977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