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Dictionary of synonyms and antonyms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Martin H. Manser/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Reference/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9781853267574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