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Concice English dictionary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The Wordsworth/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Reference/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9781840224979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