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محمد بن عبد الكريم المغيلي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شترة/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