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العالي والبحث العلمي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والبحث العلمي/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البحث العلمي/ التعليم العالي/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