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رية وزارة التج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روق طي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ج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2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