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الدكتور محمد بن شنب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بورايو/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محمد بن شنب/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