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للديموقراطية " من اجل اسماع صوت الديموقراطية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البرلمان/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