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الامة في الجزائر " التجربة والافاق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مجلس الامة/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مجلس الأمة/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