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النشرة الرسمية للتعليم العالي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نيابة مديرية الارشيف والتوثيق/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07107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