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guerre de libération dans la littérature et l'audiovisuel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حرب التحرير/ بيبليوغرافيا/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