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تكنولوجيات المعلومات في مراكز الارشيف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المالك بن السبتي/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