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وانظمة الايزو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