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الشعريات متابعة وتحليل لاهم قضايا الشعر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