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النهضة الثورية والابداعية في الشعر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دحروج/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