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العلوم الانسانية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جامعة منتوري قسنطينة/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الاخوة منتوري -قسنطينة-/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111505X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