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المستهلك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التجارة/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9789931905301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الاستهلاك/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