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الدكتور عبد الله شريط الفكرية والفلسفية في ميزان الباحثين الجامعيين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بوصفصاف/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مطبعة بغيجة/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عبد الله شريط/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