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والادبية والفكرية للدكتور : ابي القاسم سعد الله في ميزان الباحثين الجامعيين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بوصفصاف/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مطبعة بغيجة/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الأعمال الأدبية/ أبي القاسم سعد الله/ الأعمال التاريخية/ الأعمال الفكرية/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