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indépendances au maghreb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Amar Mohand-Amer/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indépendance national/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