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المعرفي والايديولوجي في الكتاب المدرسي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الإنسانية/ المنظومة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