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للمدى خطوة , واخرى لعينيك 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دغمان/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مديرية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