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تعرجات .... خلف الشمس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دليلة مكسح/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منشورات مديرية الثقافة/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23*15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81043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