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البنيوية التكوينية من الاصول الفلسفية الى الفصول المنهجية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الأمين بحري/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مديرية الثقافة/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10004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