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يشتهيني عطر المطر ........بعد السبع العجاف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رفيق جلول/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مديرية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