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الفصحى وعامياتها : لغة التخاطب بين التقريب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الفصحى/ التهذيب/ لغة التخاطب/ التقريب/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