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التكنولوجية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فيليبس س أنطون ريتشارد سلبرغت جيمس شنايدر/ الطاهر بوساحية/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التكنولوجية/ ثورة المواد/ التصنيع الذكي/ التصنيع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