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بين التهجين والتهذيب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التهذيب/ التهجين/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