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الشمسية/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الحاسوبية/ ترجمة القصيدة/ التوطين/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