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القراءة السريعة ودورها في تطوير تعليم اللغة العربية واستيعاب مفرداتها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شميسة خلوي/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810514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